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Mixdoos 9 x 500 g</w:t>
      </w:r>
    </w:p>
    <w:p>
      <w:r>
        <w:rPr>
          <w:b/>
          <w:lang w:val="nl-NL"/>
        </w:rPr>
        <w:t>Artikelnummer: 171709 | Nederlands</w:t>
      </w:r>
    </w:p>
    <w:p>
      <w:r>
        <w:rPr>
          <w:b w:val="0"/>
          <w:lang w:val="nl-NL"/>
        </w:rPr>
        <w:t>Webshopgegevens opgehaald op 20 oktober 2026</w:t>
      </w:r>
    </w:p>
    <w:p>
      <w:pPr>
        <w:pStyle w:val="Heading1"/>
      </w:pPr>
      <w:r>
        <w:t>Webshopteksten</w:t>
      </w:r>
    </w:p>
    <w:p>
      <w:pPr>
        <w:pStyle w:val="Heading2"/>
      </w:pPr>
      <w:r>
        <w:t>Korte omschrijving</w:t>
      </w:r>
    </w:p>
    <w:p>
      <w:r>
        <w:rPr>
          <w:b w:val="0"/>
          <w:lang w:val="nl-NL"/>
        </w:rPr>
        <w:t>MIX YOUR OWN BOX WITH COOL CAPPUCCINO, PINA COLADA</w:t>
      </w:r>
    </w:p>
    <w:p>
      <w:r>
        <w:rPr>
          <w:b w:val="0"/>
          <w:lang w:val="nl-NL"/>
        </w:rPr>
        <w:t>Bereiding Blender Cool Cappuccino 400 ml (met Baileys):</w:t>
      </w:r>
    </w:p>
    <w:p>
      <w:r>
        <w:rPr>
          <w:b w:val="0"/>
          <w:lang w:val="nl-NL"/>
        </w:rPr>
        <w:t>50 gr Cool Cappuccino instantmix</w:t>
      </w:r>
    </w:p>
    <w:p>
      <w:r>
        <w:rPr>
          <w:b w:val="0"/>
          <w:lang w:val="nl-NL"/>
        </w:rPr>
        <w:t>100 - 150 ml volle houdbare melk (vervang eventueel door 35 -70 ml Baileys)</w:t>
      </w:r>
    </w:p>
    <w:p>
      <w:r>
        <w:rPr>
          <w:b w:val="0"/>
          <w:lang w:val="nl-NL"/>
        </w:rPr>
        <w:t>6-12 droge ijsblokjes of room- of softijs</w:t>
      </w:r>
    </w:p>
    <w:p>
      <w:r>
        <w:rPr>
          <w:b w:val="0"/>
          <w:lang w:val="nl-NL"/>
        </w:rPr>
        <w:t>Bereiding Slush Cool Cappuccino:</w:t>
      </w:r>
    </w:p>
    <w:p>
      <w:r>
        <w:rPr>
          <w:b w:val="0"/>
          <w:lang w:val="nl-NL"/>
        </w:rPr>
        <w:t>4 liter houdbare volle melk en 2 zakken met 500 gram Viareggio Cool Cappuccino instantmix. Baileys achteraf bij serveren toevoegen.</w:t>
      </w:r>
    </w:p>
    <w:p>
      <w:r>
        <w:rPr>
          <w:b w:val="0"/>
          <w:lang w:val="nl-NL"/>
        </w:rPr>
        <w:t>Bereiding Pina Colada 400 ml:</w:t>
      </w:r>
    </w:p>
    <w:p>
      <w:r>
        <w:rPr>
          <w:b w:val="0"/>
          <w:lang w:val="nl-NL"/>
        </w:rPr>
        <w:t>1 zakje ananas mango (150gr)</w:t>
      </w:r>
    </w:p>
    <w:p>
      <w:r>
        <w:rPr>
          <w:b w:val="0"/>
          <w:lang w:val="nl-NL"/>
        </w:rPr>
        <w:t>250 ml smoothie basis fruitsap</w:t>
      </w:r>
    </w:p>
    <w:p>
      <w:r>
        <w:rPr>
          <w:b w:val="0"/>
          <w:lang w:val="nl-NL"/>
        </w:rPr>
        <w:t>50 gr Pina Colada instant mix</w:t>
      </w:r>
    </w:p>
    <w:p>
      <w:r>
        <w:rPr>
          <w:b w:val="0"/>
          <w:lang w:val="nl-NL"/>
        </w:rPr>
        <w:t>0 ml of 35 ml of 70 ml rum</w:t>
      </w:r>
    </w:p>
    <w:p>
      <w:r>
        <w:rPr>
          <w:b w:val="0"/>
          <w:lang w:val="nl-NL"/>
        </w:rPr>
        <w:t>Citroensap</w:t>
      </w:r>
    </w:p>
    <w:p>
      <w:r>
        <w:rPr>
          <w:b w:val="0"/>
          <w:lang w:val="nl-NL"/>
        </w:rPr>
        <w:t>2 à 3 ijsblokjes</w:t>
      </w:r>
    </w:p>
    <w:p>
      <w:r>
        <w:rPr>
          <w:b w:val="0"/>
          <w:lang w:val="nl-NL"/>
        </w:rPr>
        <w:t>Bereiding Blender Pina Colada Milkshake 400 ml:</w:t>
      </w:r>
    </w:p>
    <w:p>
      <w:r>
        <w:rPr>
          <w:b w:val="0"/>
          <w:lang w:val="nl-NL"/>
        </w:rPr>
        <w:t>50 gr Pina Colada instant mix</w:t>
      </w:r>
    </w:p>
    <w:p>
      <w:r>
        <w:rPr>
          <w:b w:val="0"/>
          <w:lang w:val="nl-NL"/>
        </w:rPr>
        <w:t>100 - 150 ml volle houdbare melk</w:t>
      </w:r>
    </w:p>
    <w:p>
      <w:r>
        <w:rPr>
          <w:b w:val="0"/>
          <w:lang w:val="nl-NL"/>
        </w:rPr>
        <w:t>6-12 droge ijsblokjes of room- of softijs</w:t>
      </w:r>
    </w:p>
    <w:p>
      <w:r>
        <w:rPr>
          <w:b w:val="0"/>
          <w:lang w:val="nl-NL"/>
        </w:rPr>
        <w:t>Bereiding Slush Pina Colada Milkshake:</w:t>
      </w:r>
    </w:p>
    <w:p>
      <w:r>
        <w:rPr>
          <w:b w:val="0"/>
          <w:lang w:val="nl-NL"/>
        </w:rPr>
        <w:t>4 liter volle houdbare melk en 2 zakjes Pina Colada instant mix</w:t>
      </w:r>
    </w:p>
    <w:p>
      <w:r>
        <w:rPr>
          <w:b w:val="0"/>
          <w:lang w:val="nl-NL"/>
        </w:rPr>
        <w:t>Levering via Horecagroothandel</w:t>
      </w:r>
    </w:p>
    <w:p>
      <w:r>
        <w:rPr>
          <w:b w:val="0"/>
          <w:lang w:val="nl-NL"/>
        </w:rPr>
        <w:t>€69,00 (excl. BTW)</w:t>
      </w:r>
    </w:p>
    <w:p>
      <w:r>
        <w:rPr>
          <w:b w:val="0"/>
          <w:lang w:val="nl-NL"/>
        </w:rPr>
        <w:t>€75,21 (incl. BTW)</w:t>
      </w:r>
    </w:p>
    <w:p>
      <w:r>
        <w:rPr>
          <w:b w:val="0"/>
          <w:lang w:val="nl-NL"/>
        </w:rPr>
        <w:t>9 zakjes x 500gr (90 consumpties)</w:t>
      </w:r>
    </w:p>
    <w:p>
      <w:r>
        <w:rPr>
          <w:b w:val="0"/>
          <w:lang w:val="nl-NL"/>
        </w:rPr>
        <w:t>Artikelnummer: 171709</w:t>
      </w:r>
    </w:p>
    <w:p>
      <w:pPr>
        <w:pStyle w:val="Heading2"/>
      </w:pPr>
      <w:r>
        <w:t>Uitgebreide omschrijving</w:t>
      </w:r>
    </w:p>
    <w:p>
      <w:pPr>
        <w:pStyle w:val="Heading2"/>
      </w:pPr>
      <w:r>
        <w:t>COOL CAPPUCCINO</w:t>
      </w:r>
    </w:p>
    <w:p>
      <w:r>
        <w:rPr>
          <w:b/>
          <w:lang w:val="nl-NL"/>
        </w:rPr>
        <w:t>🇳🇱 Viareggio Cool Cappuccino</w:t>
      </w:r>
    </w:p>
    <w:p>
      <w:r>
        <w:rPr>
          <w:b/>
          <w:lang w:val="nl-NL"/>
        </w:rPr>
        <w:t>Koude koffie is hot</w:t>
      </w:r>
    </w:p>
    <w:p>
      <w:r>
        <w:rPr>
          <w:b w:val="0"/>
          <w:lang w:val="nl-NL"/>
        </w:rPr>
        <w:t>Cool Cappuccino is al jaren een hit in Amerika – en verovert nu ook Nederland. Wat ice tea deed voor thee, doet Cool Cappuccino voor koffie: een warme klassieker wordt een ijskoud succes. Vooral jongeren zijn er dol op.</w:t>
      </w:r>
    </w:p>
    <w:p>
      <w:r>
        <w:rPr>
          <w:b/>
          <w:lang w:val="nl-NL"/>
        </w:rPr>
        <w:t>Blender Recept:</w:t>
      </w:r>
    </w:p>
    <w:p>
      <w:r>
        <w:rPr>
          <w:b w:val="0"/>
          <w:lang w:val="nl-NL"/>
        </w:rPr>
        <w:t>– 50g Cool Cappuccino poeder (ca. 2 koffieschepjes)</w:t>
      </w:r>
    </w:p>
    <w:p>
      <w:r>
        <w:rPr>
          <w:b w:val="0"/>
          <w:lang w:val="nl-NL"/>
        </w:rPr>
        <w:t>– 120 ml volle melk</w:t>
      </w:r>
    </w:p>
    <w:p>
      <w:r>
        <w:rPr>
          <w:b w:val="0"/>
          <w:lang w:val="nl-NL"/>
        </w:rPr>
        <w:t>– 3–12 droge ijsklontjes</w:t>
      </w:r>
    </w:p>
    <w:p>
      <w:r>
        <w:rPr>
          <w:b w:val="0"/>
          <w:lang w:val="nl-NL"/>
        </w:rPr>
        <w:t>Voor het blenden: druk eerst een paar keer op de pulsknop.</w:t>
      </w:r>
    </w:p>
    <w:p>
      <w:r>
        <w:rPr>
          <w:b/>
          <w:lang w:val="nl-NL"/>
        </w:rPr>
        <w:t>Daarna blenden en klaar!</w:t>
      </w:r>
    </w:p>
    <w:p>
      <w:r>
        <w:rPr>
          <w:b w:val="0"/>
          <w:lang w:val="nl-NL"/>
        </w:rPr>
        <w:t>Tip: Vervang 35 ml melk door Baileys voor een luxe variant.</w:t>
      </w:r>
    </w:p>
    <w:p>
      <w:r>
        <w:rPr>
          <w:b/>
          <w:lang w:val="nl-NL"/>
        </w:rPr>
        <w:t>Slushmachinebereiding – Cool Cappuccino</w:t>
      </w:r>
    </w:p>
    <w:p>
      <w:r>
        <w:rPr>
          <w:b/>
          <w:lang w:val="nl-NL"/>
        </w:rPr>
        <w:t>Ingrediënten:</w:t>
      </w:r>
    </w:p>
    <w:p>
      <w:r>
        <w:rPr>
          <w:b w:val="0"/>
          <w:lang w:val="nl-NL"/>
        </w:rPr>
        <w:t>4 liter volle houdbare melk</w:t>
      </w:r>
    </w:p>
    <w:p>
      <w:r>
        <w:rPr>
          <w:b w:val="0"/>
          <w:lang w:val="nl-NL"/>
        </w:rPr>
        <w:t>2 zakken Cool Cappuccino instantmix (à 500 gram)</w:t>
      </w:r>
    </w:p>
    <w:p>
      <w:r>
        <w:rPr>
          <w:b w:val="0"/>
          <w:lang w:val="nl-NL"/>
        </w:rPr>
        <w:t>Eventueel achteraf per glas Baileys toevoegen voor de Baileys-variant</w:t>
      </w:r>
    </w:p>
    <w:p>
      <w:r>
        <w:rPr>
          <w:b/>
          <w:lang w:val="nl-NL"/>
        </w:rPr>
        <w:t>Bereidingswijze:</w:t>
      </w:r>
    </w:p>
    <w:p>
      <w:r>
        <w:rPr>
          <w:b/>
          <w:lang w:val="nl-NL"/>
        </w:rPr>
        <w:t>Voor het beste resultaat:</w:t>
      </w:r>
    </w:p>
    <w:p>
      <w:r>
        <w:rPr>
          <w:b w:val="0"/>
          <w:lang w:val="nl-NL"/>
        </w:rPr>
        <w:t>Blend eerst 2 keer 1 liter volle houdbare melk, elk met 1 zak Cool Cappuccino instantmix.</w:t>
      </w:r>
    </w:p>
    <w:p>
      <w:r>
        <w:rPr>
          <w:b/>
          <w:lang w:val="nl-NL"/>
        </w:rPr>
        <w:t>Giet dit mengsel in de slushmachine.</w:t>
      </w:r>
    </w:p>
    <w:p>
      <w:r>
        <w:rPr>
          <w:b w:val="0"/>
          <w:lang w:val="nl-NL"/>
        </w:rPr>
        <w:t>Voeg vervolgens nog 3 liter volle houdbare melk toe aan het mengsel in de slushmachine.</w:t>
      </w:r>
    </w:p>
    <w:p>
      <w:r>
        <w:rPr>
          <w:b/>
          <w:lang w:val="nl-NL"/>
        </w:rPr>
        <w:t>Zet de machine op de vriesstand.</w:t>
      </w:r>
    </w:p>
    <w:p>
      <w:r>
        <w:rPr>
          <w:b w:val="0"/>
          <w:lang w:val="nl-NL"/>
        </w:rPr>
        <w:t>Na ongeveer 1 uur is de ijskoude Cool Cappuccino klaar om te serveren.</w:t>
      </w:r>
    </w:p>
    <w:p>
      <w:r>
        <w:rPr>
          <w:b/>
          <w:lang w:val="nl-NL"/>
        </w:rPr>
        <w:t>Beschikbare Slushmachines:</w:t>
      </w:r>
    </w:p>
    <w:p>
      <w:r>
        <w:rPr>
          <w:b w:val="0"/>
          <w:lang w:val="nl-NL"/>
        </w:rPr>
        <w:t>1 x 10 liter</w:t>
      </w:r>
    </w:p>
    <w:p>
      <w:r>
        <w:rPr>
          <w:b w:val="0"/>
          <w:lang w:val="nl-NL"/>
        </w:rPr>
        <w:t>2 x 10 liter</w:t>
      </w:r>
    </w:p>
    <w:p>
      <w:r>
        <w:rPr>
          <w:b w:val="0"/>
          <w:lang w:val="nl-NL"/>
        </w:rPr>
        <w:t>1 x 12 liter (nieuw)</w:t>
      </w:r>
    </w:p>
    <w:p>
      <w:r>
        <w:rPr>
          <w:b w:val="0"/>
          <w:lang w:val="nl-NL"/>
        </w:rPr>
        <w:t>2 x 12 liter (nieuw)</w:t>
      </w:r>
    </w:p>
    <w:p>
      <w:pPr>
        <w:pStyle w:val="Heading2"/>
      </w:pPr>
      <w:r>
        <w:t>PINA COLADA</w:t>
      </w:r>
    </w:p>
    <w:p>
      <w:r>
        <w:rPr>
          <w:b/>
          <w:lang w:val="nl-NL"/>
        </w:rPr>
        <w:t>Pina Colada Instantmix</w:t>
      </w:r>
    </w:p>
    <w:p>
      <w:r>
        <w:rPr>
          <w:b w:val="0"/>
          <w:lang w:val="nl-NL"/>
        </w:rPr>
        <w:t>Een volle doos bevat 12 zakken van 500 gram.</w:t>
      </w:r>
    </w:p>
    <w:p>
      <w:r>
        <w:rPr>
          <w:b w:val="0"/>
          <w:lang w:val="nl-NL"/>
        </w:rPr>
        <w:t>Met deze heerlijke Pina Colada instantmix maak je in een oogwenk een tropische traktatie – met of zonder alcohol.</w:t>
      </w:r>
    </w:p>
    <w:p>
      <w:r>
        <w:rPr>
          <w:b/>
          <w:lang w:val="nl-NL"/>
        </w:rPr>
        <w:t>In de blender (cocktail):</w:t>
      </w:r>
    </w:p>
    <w:p>
      <w:r>
        <w:rPr>
          <w:b w:val="0"/>
          <w:lang w:val="nl-NL"/>
        </w:rPr>
        <w:t>Blend 250 ml basissap, een zakje ananas-mango, rum, citroensap, ijsblokjes en 50 g Pina Colada mix.</w:t>
      </w:r>
    </w:p>
    <w:p>
      <w:r>
        <w:rPr>
          <w:b/>
          <w:lang w:val="nl-NL"/>
        </w:rPr>
        <w:t>In de blender (milkshake):</w:t>
      </w:r>
    </w:p>
    <w:p>
      <w:r>
        <w:rPr>
          <w:b w:val="0"/>
          <w:lang w:val="nl-NL"/>
        </w:rPr>
        <w:t>Blend 50 g mix met 150 ml volle houdbare melk en 6–10 ijsklontjes.</w:t>
      </w:r>
    </w:p>
    <w:p>
      <w:r>
        <w:rPr>
          <w:b/>
          <w:lang w:val="nl-NL"/>
        </w:rPr>
        <w:t>Slushmachinebereiding – Pina Colada Milkshake</w:t>
      </w:r>
    </w:p>
    <w:p>
      <w:r>
        <w:rPr>
          <w:b/>
          <w:lang w:val="nl-NL"/>
        </w:rPr>
        <w:t>Ingrediënten:</w:t>
      </w:r>
    </w:p>
    <w:p>
      <w:r>
        <w:rPr>
          <w:b w:val="0"/>
          <w:lang w:val="nl-NL"/>
        </w:rPr>
        <w:t>– 4 liter volle houdbare melk</w:t>
      </w:r>
    </w:p>
    <w:p>
      <w:r>
        <w:rPr>
          <w:b w:val="0"/>
          <w:lang w:val="nl-NL"/>
        </w:rPr>
        <w:t>– 2 zakken Pina Colada instantmix (à 500 gram)</w:t>
      </w:r>
    </w:p>
    <w:p>
      <w:r>
        <w:rPr>
          <w:b/>
          <w:lang w:val="nl-NL"/>
        </w:rPr>
        <w:t>Bereidingswijze:</w:t>
      </w:r>
    </w:p>
    <w:p>
      <w:r>
        <w:rPr>
          <w:b w:val="0"/>
          <w:lang w:val="nl-NL"/>
        </w:rPr>
        <w:t>Blend eerst 2 keer 1 liter volle houdbare melk, elk met 1 zak Pina Colada instantmix.</w:t>
      </w:r>
    </w:p>
    <w:p>
      <w:r>
        <w:rPr>
          <w:b/>
          <w:lang w:val="nl-NL"/>
        </w:rPr>
        <w:t>Giet dit mengsel in de slushmachine.</w:t>
      </w:r>
    </w:p>
    <w:p>
      <w:r>
        <w:rPr>
          <w:b w:val="0"/>
          <w:lang w:val="nl-NL"/>
        </w:rPr>
        <w:t>Voeg vervolgens nog 2 liter volle houdbare melk toe aan het mengsel in de slushmachine.</w:t>
      </w:r>
    </w:p>
    <w:p>
      <w:r>
        <w:rPr>
          <w:b/>
          <w:lang w:val="nl-NL"/>
        </w:rPr>
        <w:t>Zet de machine op de vriesstand.</w:t>
      </w:r>
    </w:p>
    <w:p>
      <w:r>
        <w:rPr>
          <w:b w:val="0"/>
          <w:lang w:val="nl-NL"/>
        </w:rPr>
        <w:t>Na ongeveer 1 uur is de Pina Colada milkshake klaar om te serveren.</w:t>
      </w:r>
    </w:p>
    <w:p>
      <w:r>
        <w:rPr>
          <w:b/>
          <w:lang w:val="nl-NL"/>
        </w:rPr>
        <w:t>Beschikbare Slushmachines:</w:t>
      </w:r>
    </w:p>
    <w:p>
      <w:r>
        <w:rPr>
          <w:b w:val="0"/>
          <w:lang w:val="nl-NL"/>
        </w:rPr>
        <w:t>1 x 10 liter</w:t>
      </w:r>
    </w:p>
    <w:p>
      <w:r>
        <w:rPr>
          <w:b w:val="0"/>
          <w:lang w:val="nl-NL"/>
        </w:rPr>
        <w:t>2 x 10 liter</w:t>
      </w:r>
    </w:p>
    <w:p>
      <w:r>
        <w:rPr>
          <w:b w:val="0"/>
          <w:lang w:val="nl-NL"/>
        </w:rPr>
        <w:t>1 x 12 liter (nieuw)</w:t>
      </w:r>
    </w:p>
    <w:p>
      <w:r>
        <w:rPr>
          <w:b w:val="0"/>
          <w:lang w:val="nl-NL"/>
        </w:rPr>
        <w:t>2 x 12 liter (nieuw)</w:t>
      </w:r>
    </w:p>
    <w:p>
      <w:r>
        <w:rPr>
          <w:b/>
          <w:lang w:val="nl-NL"/>
        </w:rPr>
        <w:t>Gezond dronken worden… het kan echt.</w:t>
      </w:r>
    </w:p>
    <w:p>
      <w:pPr>
        <w:pStyle w:val="Heading2"/>
      </w:pPr>
      <w:r>
        <w:t>Aanvullende productgegevens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Smaak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Cool Cappuccino / Pina Colada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Inhoud zakje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500 gram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br w:type="page"/>
      </w:r>
    </w:p>
    <w:p>
      <w:r>
        <w:rPr>
          <w:b w:val="0"/>
          <w:lang w:val="nl-NL"/>
        </w:rPr>
        <w:t>De onderstaande specificatie betreft het basisproduct en de oorspronkelijke omdoos van 12 × 500 g. De verpakking van dit webshopartikel staat bovenaan; de logistieke waarden van de basisdoos gelden niet automatisch voor deze variant of mixdoos.</w:t>
      </w:r>
    </w:p>
    <w:p>
      <w:pPr>
        <w:pStyle w:val="Heading1"/>
      </w:pPr>
      <w:r>
        <w:t>Viareggio Cool Cappuccino Instant Mix Volledige productspecificatie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Consumenteneenheid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8717185870718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Handelseenheid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8717185877830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NL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Omschrijving</w:t>
      </w:r>
    </w:p>
    <w:p>
      <w:r>
        <w:rPr>
          <w:b w:val="0"/>
          <w:lang w:val="nl-NL"/>
        </w:rPr>
        <w:t>Instantbereiding voor Viareggio Cool Cappuccino Instant Mix.</w:t>
      </w:r>
    </w:p>
    <w:p>
      <w:r>
        <w:rPr>
          <w:b w:val="0"/>
          <w:lang w:val="nl-NL"/>
        </w:rPr>
        <w:t>Met dit poeder bereidt u snel en eenvoudig een Cool Cappuccino in de blender.</w:t>
      </w:r>
    </w:p>
    <w:p>
      <w:pPr>
        <w:pStyle w:val="Heading2"/>
      </w:pPr>
      <w:r>
        <w:t>Herkomst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Land van herkomst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Tsjechië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Wettelijke benaming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Instantbereiding voor Cool Cappuccino.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Ingrediënten</w:t>
      </w:r>
    </w:p>
    <w:p>
      <w:r>
        <w:rPr>
          <w:b w:val="0"/>
          <w:lang w:val="nl-NL"/>
        </w:rPr>
        <w:t>Suiker, Maltodextrine, Wei (Melk), Glucosestroop, 7,5% Oploskoffie, Kokosvet, Vetarm cacaopoeder, Antiklontermiddel (E551), Aroma, Verdikkingsmiddel (E412), Stabilisatoren (E452, E340), Melkeiwitten, Emulgator (E472e), Bètacaroteen (E160a).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Ingrediënt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Herkomst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Suiker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Tsjechië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Maltodextrine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Oostenrijk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Wei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Tsjechië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Glucosestroop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Frankrijk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7,5% Oploskoffie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Kokosvet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Maleisië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Vetarm cacaopoeder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Nederland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Antiklontermiddel (E551)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Frankrijk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Aroma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Polen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Verdikkingsmiddel (E412)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Stabilisatoren (E452, E340)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Duitsland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Melkeiwitten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Duitsland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Emulgator (E472e)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Nederland / Denemarken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Bètacaroteen (E160a)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Taiwan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GGO-vrij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Doorstraald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Allergenen</w:t>
      </w:r>
    </w:p>
    <w:p>
      <w:r>
        <w:rPr>
          <w:b w:val="0"/>
          <w:lang w:val="nl-NL"/>
        </w:rPr>
        <w:t>Bevat: Melk, Gluten, Soja</w:t>
      </w:r>
    </w:p>
    <w:p>
      <w:r>
        <w:rPr>
          <w:b w:val="0"/>
          <w:lang w:val="nl-NL"/>
        </w:rPr>
        <w:t>Bevat niet: Pinda’s, noten, vis, schaaldieren, weekdieren, mosterd, sesam, sulfieten, lupine, selderij.</w:t>
      </w:r>
    </w:p>
    <w:p>
      <w:pPr>
        <w:pStyle w:val="Heading2"/>
      </w:pPr>
      <w:r>
        <w:t>Voedingswaarde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Voedingsstof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 100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Energie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1653 kJ / 395 kcal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verzadigd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3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Koolhydraten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suikers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40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Eiwitten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2,2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Zout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0,31 g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Kenmerken en verklaringen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Declaratie op etiket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gluten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lactose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soja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Vegetarisch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Bereiding</w:t>
      </w:r>
    </w:p>
    <w:p>
      <w:r>
        <w:rPr>
          <w:b w:val="0"/>
          <w:lang w:val="nl-NL"/>
        </w:rPr>
        <w:t>Voeg per 50 g Cool Cappuccino Instant Mix 150 ml volle melk en 7 ijsblokjes toe (ongeveer 400 ml). Blend tot een romige textuur. Optioneel: voeg 20–50 ml Baileys toe voor een exclusieve smaak.</w:t>
      </w:r>
    </w:p>
    <w:p>
      <w:pPr>
        <w:pStyle w:val="Heading2"/>
      </w:pPr>
      <w:r>
        <w:t>Bewaarcondities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1984"/>
        <w:gridCol w:w="2835"/>
      </w:tblGrid>
      <w:tr>
        <w:trPr>
          <w:tblHeader/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Traject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Bewaarconditie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Periode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Na productie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Droog en donker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15 maanden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Ontvangst groothandel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Droog en donker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4 maanden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rPr>
          <w:b w:val="0"/>
          <w:lang w:val="nl-NL"/>
        </w:rPr>
        <w:t>Conserveringsmethode: Droog en donker.</w:t>
      </w:r>
    </w:p>
    <w:p>
      <w:r>
        <w:rPr>
          <w:b w:val="0"/>
          <w:lang w:val="nl-NL"/>
        </w:rPr>
        <w:t>Ten minste houdbaar tot: zie zijkant van de doos.</w:t>
      </w:r>
    </w:p>
    <w:p>
      <w:pPr>
        <w:pStyle w:val="Heading2"/>
      </w:pPr>
      <w:r>
        <w:t>Logistieke gegevens</w:t>
      </w:r>
    </w:p>
    <w:p>
      <w:pPr>
        <w:pStyle w:val="Heading2"/>
      </w:pPr>
      <w:r>
        <w:t>Consumenteneenheid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Viareggio Cool Cappuccino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Korte 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Cool Cappuccino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8717185870718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Intrastat-code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21011292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Netto-inhoud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510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CE-markering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Niet opgegeven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Handelseenheid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8717185877830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(290 mm x 220 mm x 280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6,3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Eenheden per doos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12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Palletisering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Pallettype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Europallet (1200 x 800 x 150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84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laag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14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Lagen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Verpakkingsmateriaal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55"/>
        <w:gridCol w:w="1928"/>
        <w:gridCol w:w="2268"/>
        <w:gridCol w:w="1587"/>
      </w:tblGrid>
      <w:tr>
        <w:trPr>
          <w:tblHeader/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Verpakking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Materiaal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Gewicht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Recyclebaar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Kleurloos PE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PET-polymeer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(290 mm x 220 mm x 280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Enkelgolfkarton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250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Contactgegevens</w:t>
      </w:r>
    </w:p>
    <w:p>
      <w:r>
        <w:rPr>
          <w:b w:val="0"/>
          <w:lang w:val="nl-NL"/>
        </w:rPr>
        <w:t>Fresh Fruit Express</w:t>
        <w:br/>
        <w:t>Nassaulaan 9, 4651 AA Steenbergen (N-Br.), Nederland</w:t>
        <w:br/>
        <w:t>www.freshfruitexpress.nl</w:t>
      </w:r>
    </w:p>
    <w:p>
      <w:r>
        <w:rPr>
          <w:b w:val="0"/>
          <w:lang w:val="nl-NL"/>
        </w:rPr>
        <w:t>Deze specificatie komt uit de database van PS in foodservice. De producent is verantwoordelijk voor de juistheid van de gegevens.</w:t>
      </w:r>
    </w:p>
    <w:p>
      <w:r>
        <w:rPr>
          <w:b w:val="0"/>
          <w:lang w:val="nl-NL"/>
        </w:rPr>
        <w:t>Laatste bronwijziging: 16-04-2025</w:t>
      </w:r>
    </w:p>
    <w:p>
      <w:r>
        <w:br w:type="page"/>
      </w:r>
    </w:p>
    <w:p>
      <w:r>
        <w:rPr>
          <w:b w:val="0"/>
          <w:lang w:val="nl-NL"/>
        </w:rPr>
        <w:t>De onderstaande specificatie betreft het basisproduct en de oorspronkelijke omdoos van 12 × 500 g. De verpakking van dit webshopartikel staat bovenaan; de logistieke waarden van de basisdoos gelden niet automatisch voor deze variant of mixdoos.</w:t>
      </w:r>
    </w:p>
    <w:p>
      <w:pPr>
        <w:pStyle w:val="Heading1"/>
      </w:pPr>
      <w:r>
        <w:t>Piña Colada Instant Mix Volledige productspecificatie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Consumenteneenheid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8717185870701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 Handelseenheid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8717185877847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NL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Omschrijving</w:t>
      </w:r>
    </w:p>
    <w:p>
      <w:r>
        <w:rPr>
          <w:b w:val="0"/>
          <w:lang w:val="nl-NL"/>
        </w:rPr>
        <w:t>Instantbereiding voor Piña Colada Instant Mix.</w:t>
      </w:r>
    </w:p>
    <w:p>
      <w:r>
        <w:rPr>
          <w:b w:val="0"/>
          <w:lang w:val="nl-NL"/>
        </w:rPr>
        <w:t>Ideaal voor het maken van Piña Colada of een milkshake in Piña Colada-stijl.</w:t>
      </w:r>
    </w:p>
    <w:p>
      <w:pPr>
        <w:pStyle w:val="Heading2"/>
      </w:pPr>
      <w:r>
        <w:t>Herkomst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Land van herkomst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Israël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Wettelijke benaming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Instantbereiding voor Piña Colada.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Ingrediënten</w:t>
      </w:r>
    </w:p>
    <w:p>
      <w:r>
        <w:rPr>
          <w:b w:val="0"/>
          <w:lang w:val="nl-NL"/>
        </w:rPr>
        <w:t>Suiker, Glucosestroop, Volledig gehard kokosvet, Geraspte kokos, Magere melkpoeder, Wei (Melk), Aroma, Antiklontermiddel (E551), Stabilisatoren (E452, E340), Melkeiwitten, Emulgator (E471), Bètacaroteen (E160a).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Ingrediënt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Herkomst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Suiker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Tsjechië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Glucosestroop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Frankrijk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Volledig gehard kokosvet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Filipijnen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Geraspte kokos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Magere melkpoeder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Duitsland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Wei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Tsjechië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Aroma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Polen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Antiklontermiddel (E551)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Frankrijk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Stabilisatoren (E452, E340)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Duitsland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Melkeiwitten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Nederland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Emulgator (E471)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Denemarken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Bètacaroteen (E160a)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Taiwan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GGO-vrij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Doorstraald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Allergenen</w:t>
      </w:r>
    </w:p>
    <w:p>
      <w:r>
        <w:rPr>
          <w:b w:val="0"/>
          <w:lang w:val="nl-NL"/>
        </w:rPr>
        <w:t>Kan bevatten door kruisbesmetting: Gluten, Soja, Ei</w:t>
      </w:r>
    </w:p>
    <w:p>
      <w:r>
        <w:rPr>
          <w:b w:val="0"/>
          <w:lang w:val="nl-NL"/>
        </w:rPr>
        <w:t>Bevat: Melk</w:t>
      </w:r>
    </w:p>
    <w:p>
      <w:r>
        <w:rPr>
          <w:b w:val="0"/>
          <w:lang w:val="nl-NL"/>
        </w:rPr>
        <w:t>Bevat niet: Pinda’s, noten, vis, schaaldieren, weekdieren, mosterd, sesam, sulfieten, lupine, selderij.</w:t>
      </w:r>
    </w:p>
    <w:p>
      <w:pPr>
        <w:pStyle w:val="Heading2"/>
      </w:pPr>
      <w:r>
        <w:t>Voedingswaarde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Voedingsstof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 100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Energie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1674 kJ / 400 kcal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11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verzadigd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Koolhydraten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waarvan suikers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52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Eiwitten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Zout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0,28 g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Kenmerken en verklaringen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Declaratie op etiket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lactose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Vegetarisch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glutamaat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kip en gevogelte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rundvlees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Bevat varkensvlees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Bereiding</w:t>
      </w:r>
    </w:p>
    <w:p>
      <w:r>
        <w:rPr>
          <w:b w:val="0"/>
          <w:lang w:val="nl-NL"/>
        </w:rPr>
        <w:t>Met deze instantmix maakt u in enkele seconden een heerlijke Piña Colada. Voeg 3 maatschepjes of 50 g Instant Mix, 250 ml Fresh Fruit Express basis en 1 zakje Piña Mango (150 g) toe. Blend tot een homogene textuur. Voeg voor de alcoholische versie bij voorkeur 35–70 ml Bacardi Lemon toe.</w:t>
      </w:r>
    </w:p>
    <w:p>
      <w:pPr>
        <w:pStyle w:val="Heading2"/>
      </w:pPr>
      <w:r>
        <w:t>Bewaarcondities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1984"/>
        <w:gridCol w:w="2835"/>
      </w:tblGrid>
      <w:tr>
        <w:trPr>
          <w:tblHeader/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Traject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Bewaarconditie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Periode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Na productie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Droog en donker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15 maanden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Ontvangst groothandel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Droog en donker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4 maanden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r>
        <w:rPr>
          <w:b w:val="0"/>
          <w:lang w:val="nl-NL"/>
        </w:rPr>
        <w:t>Conserveringsmethode: Droog en donker.</w:t>
      </w:r>
    </w:p>
    <w:p>
      <w:r>
        <w:rPr>
          <w:b w:val="0"/>
          <w:lang w:val="nl-NL"/>
        </w:rPr>
        <w:t>Ten minste houdbaar tot: zie zijkant van de doos.</w:t>
      </w:r>
    </w:p>
    <w:p>
      <w:pPr>
        <w:pStyle w:val="Heading2"/>
      </w:pPr>
      <w:r>
        <w:t>Logistieke gegevens</w:t>
      </w:r>
    </w:p>
    <w:p>
      <w:pPr>
        <w:pStyle w:val="Heading2"/>
      </w:pPr>
      <w:r>
        <w:t>Consumenteneenheid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Piña Colada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Korte naam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Piña Colada Instant Mix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8717185870701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Intrastat-code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21011292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Netto-inhoud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510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CE-markering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Niet opgegeven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Handelseenheid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8717185877847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Artikelnummer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Verpakking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(290 mm x 220 mm x 280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Nettogewicht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Brutogewicht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6,37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Eenheden per doos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12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Palletisering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Kenmerk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Omschrijving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Pallettype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Europallet (1200 x 800 x 2670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72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Dozen per laag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Lagen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9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Verpakkingsmateriaal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55"/>
        <w:gridCol w:w="1928"/>
        <w:gridCol w:w="2268"/>
        <w:gridCol w:w="1587"/>
      </w:tblGrid>
      <w:tr>
        <w:trPr>
          <w:tblHeader/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Verpakking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Materiaal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Gewicht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nl-NL"/>
              </w:rPr>
              <w:t>Recyclebaar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Kleurloos PE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Folie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PET-polymeer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Nee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Doos (290 mm x 220 mm x 280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Enkelgolfkarton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250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nl-NL"/>
              </w:rPr>
              <w:t>Ja</w:t>
            </w:r>
          </w:p>
        </w:tc>
      </w:tr>
    </w:tbl>
    <w:p>
      <w:pPr>
        <w:spacing w:after="20" w:line="40" w:lineRule="exact"/>
      </w:pPr>
      <w:r>
        <w:rPr>
          <w:sz w:val="4"/>
          <w:lang w:val="nl-NL"/>
        </w:rPr>
      </w:r>
    </w:p>
    <w:p>
      <w:pPr>
        <w:pStyle w:val="Heading2"/>
      </w:pPr>
      <w:r>
        <w:t>Contactgegevens</w:t>
      </w:r>
    </w:p>
    <w:p>
      <w:r>
        <w:rPr>
          <w:b w:val="0"/>
          <w:lang w:val="nl-NL"/>
        </w:rPr>
        <w:t>Fresh Fruit Express</w:t>
        <w:br/>
        <w:t>Nassaulaan 9, 4651 AA Steenbergen (N-Br.), Nederland</w:t>
        <w:br/>
        <w:t>www.freshfruitexpress.nl</w:t>
      </w:r>
    </w:p>
    <w:p>
      <w:r>
        <w:rPr>
          <w:b w:val="0"/>
          <w:lang w:val="nl-NL"/>
        </w:rPr>
        <w:t>Deze specificatie komt uit de database van PS in foodservice. De producent is verantwoordelijk voor de juistheid van de gegevens.</w:t>
      </w:r>
    </w:p>
    <w:p>
      <w:r>
        <w:rPr>
          <w:b w:val="0"/>
          <w:lang w:val="nl-NL"/>
        </w:rPr>
        <w:t>Laatste bronwijziging: 16-04-2025</w:t>
      </w:r>
    </w:p>
    <w:p>
      <w:pPr>
        <w:pStyle w:val="Heading1"/>
      </w:pPr>
      <w:r>
        <w:t>Bronnen</w:t>
      </w:r>
    </w:p>
    <w:p>
      <w:r>
        <w:rPr>
          <w:b w:val="0"/>
          <w:lang w:val="nl-NL"/>
        </w:rPr>
        <w:t>Brongetrouwe vertaling van webshopteksten en technische fiches. Controlepunten staan apart bij de bronverwijzingen.</w:t>
      </w:r>
    </w:p>
    <w:p>
      <w:r>
        <w:rPr>
          <w:b w:val="0"/>
          <w:sz w:val="16"/>
          <w:lang w:val="nl-NL"/>
        </w:rPr>
        <w:t>https://www.freshfruitexpress.nl/shop/product/mixed-box-9x-instant-mix</w:t>
      </w:r>
    </w:p>
    <w:p>
      <w:r>
        <w:rPr>
          <w:b w:val="0"/>
          <w:sz w:val="16"/>
          <w:lang w:val="nl-NL"/>
        </w:rPr>
        <w:t>https://www.freshfruitexpress.nl/downloads/logistics-and-product-information/cool-cappuccino-logistic-information-es.pdf</w:t>
      </w:r>
    </w:p>
    <w:p>
      <w:r>
        <w:rPr>
          <w:b w:val="0"/>
          <w:sz w:val="16"/>
          <w:lang w:val="nl-NL"/>
        </w:rPr>
        <w:t>https://www.freshfruitexpress.nl/downloads/logistics-and-product-information/pina-colada-instant-mix-logistic-information-es.pdf</w:t>
      </w:r>
    </w:p>
    <w:p>
      <w:pPr>
        <w:pStyle w:val="Heading2"/>
      </w:pPr>
      <w:r>
        <w:t>Controlepunt in brongegevens</w:t>
      </w:r>
    </w:p>
    <w:p>
      <w:r>
        <w:rPr>
          <w:b w:val="0"/>
          <w:lang w:val="nl-NL"/>
        </w:rPr>
        <w:t>Het webshoprecept noemt 4 liter melk, maar de stappen tellen op tot 5 liter (2 × 1 + 3). Ook verschillen de melk-, ijs- en Baileys-hoeveelheden tussen korte tekst, uitgebreide tekst en specificatie. De bronhoeveelheden zijn per onderdeel behouden.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171709 | NL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9" w:lineRule="auto"/>
      <w:outlineLvl w:val="0"/>
    </w:pPr>
    <w:rPr>
      <w:rFonts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9" w:lineRule="auto"/>
      <w:outlineLvl w:val="2"/>
    </w:pPr>
    <w:rPr>
      <w:rFonts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59" w:lineRule="auto" w:before="0"/>
      <w:contextualSpacing/>
    </w:pPr>
    <w:rPr>
      <w:rFonts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Mixdoos 9 x 500 g</dc:title>
  <dc:subject>Webshop copy and product specification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</dc:language>
</cp:coreProperties>
</file>